
<file path=[Content_Types].xml><?xml version="1.0" encoding="utf-8"?>
<Types xmlns="http://schemas.openxmlformats.org/package/2006/content-types">
  <Default Extension="pn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A1DC8B" w14:textId="77777777" w:rsidR="00BC4FE5" w:rsidRDefault="00000000">
      <w:r>
        <w:rPr>
          <w:noProof/>
        </w:rPr>
        <w:drawing>
          <wp:inline distT="0" distB="0" distL="0" distR="0" wp14:anchorId="40232D12" wp14:editId="2084E3E2">
            <wp:extent cx="2286000" cy="225096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SCNK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250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96B1B7" w14:textId="77777777" w:rsidR="00BC4FE5" w:rsidRDefault="00BC4FE5"/>
    <w:p w14:paraId="672C7EA3" w14:textId="77777777" w:rsidR="00BC4FE5" w:rsidRDefault="00000000">
      <w:r>
        <w:t>Volunteer Application Form (SCN Kenya)</w:t>
      </w:r>
    </w:p>
    <w:p w14:paraId="31032628" w14:textId="77777777" w:rsidR="00BC4FE5" w:rsidRDefault="00BC4FE5"/>
    <w:p w14:paraId="60DB986F" w14:textId="77777777" w:rsidR="00BC4FE5" w:rsidRDefault="00000000">
      <w:r>
        <w:t>Name: _______________________________</w:t>
      </w:r>
    </w:p>
    <w:p w14:paraId="6373B43D" w14:textId="77777777" w:rsidR="00BC4FE5" w:rsidRDefault="00000000">
      <w:r>
        <w:t>Nationality: _______________________________</w:t>
      </w:r>
    </w:p>
    <w:p w14:paraId="68D660CC" w14:textId="77777777" w:rsidR="00BC4FE5" w:rsidRDefault="00000000">
      <w:r>
        <w:t>Address: _______________________________</w:t>
      </w:r>
    </w:p>
    <w:p w14:paraId="034C6DBF" w14:textId="77777777" w:rsidR="00BC4FE5" w:rsidRDefault="00000000">
      <w:r>
        <w:t>Phone &amp; Email: _______________________________</w:t>
      </w:r>
    </w:p>
    <w:p w14:paraId="32E6E7B7" w14:textId="3D621E91" w:rsidR="00747A1D" w:rsidRDefault="00747A1D">
      <w:r>
        <w:t>Age: ________________________________________</w:t>
      </w:r>
    </w:p>
    <w:p w14:paraId="261AE0A0" w14:textId="77777777" w:rsidR="00BC4FE5" w:rsidRDefault="00BC4FE5"/>
    <w:p w14:paraId="7028225B" w14:textId="77777777" w:rsidR="00BC4FE5" w:rsidRDefault="00000000">
      <w:r>
        <w:t>1. Your Expectations</w:t>
      </w:r>
    </w:p>
    <w:p w14:paraId="4EBAF1CC" w14:textId="77777777" w:rsidR="00BC4FE5" w:rsidRDefault="00000000">
      <w:r>
        <w:t>Please briefly describe your expectations for volunteering with SCN.</w:t>
      </w:r>
    </w:p>
    <w:p w14:paraId="74DAF8F2" w14:textId="77777777" w:rsidR="00BC4FE5" w:rsidRDefault="00000000">
      <w:r>
        <w:t>______________________________________________</w:t>
      </w:r>
    </w:p>
    <w:p w14:paraId="0F8D53F4" w14:textId="77777777" w:rsidR="00BC4FE5" w:rsidRDefault="00000000">
      <w:r>
        <w:t>______________________________________________</w:t>
      </w:r>
    </w:p>
    <w:p w14:paraId="3BDA6AD1" w14:textId="77777777" w:rsidR="00BC4FE5" w:rsidRDefault="00BC4FE5"/>
    <w:p w14:paraId="4540B016" w14:textId="77777777" w:rsidR="00BC4FE5" w:rsidRDefault="00000000">
      <w:r>
        <w:t>2. Desired Learning &amp; Takeaways</w:t>
      </w:r>
    </w:p>
    <w:p w14:paraId="5DB025DD" w14:textId="77777777" w:rsidR="00BC4FE5" w:rsidRDefault="00000000">
      <w:r>
        <w:t>What would you ideally like to gain from your volunteering experience?</w:t>
      </w:r>
    </w:p>
    <w:p w14:paraId="49A98260" w14:textId="77777777" w:rsidR="00BC4FE5" w:rsidRDefault="00000000">
      <w:r>
        <w:t>______________________________________________</w:t>
      </w:r>
    </w:p>
    <w:p w14:paraId="06FB76B8" w14:textId="77777777" w:rsidR="00BC4FE5" w:rsidRDefault="00000000">
      <w:r>
        <w:t>______________________________________________</w:t>
      </w:r>
    </w:p>
    <w:p w14:paraId="78061C26" w14:textId="77777777" w:rsidR="00BC4FE5" w:rsidRDefault="00BC4FE5"/>
    <w:p w14:paraId="1D72DD8F" w14:textId="77777777" w:rsidR="00BC4FE5" w:rsidRDefault="00000000">
      <w:r>
        <w:t>3. Areas of Interest</w:t>
      </w:r>
    </w:p>
    <w:p w14:paraId="5AAA853F" w14:textId="0D44E585" w:rsidR="00BC4FE5" w:rsidRDefault="00000000">
      <w:r>
        <w:t xml:space="preserve">Which areas or activities are you most interested in engaging </w:t>
      </w:r>
      <w:proofErr w:type="gramStart"/>
      <w:r>
        <w:t>with</w:t>
      </w:r>
      <w:proofErr w:type="gramEnd"/>
      <w:r>
        <w:t>?</w:t>
      </w:r>
      <w:r w:rsidR="00747A1D">
        <w:t xml:space="preserve"> (e.g. working with women, production, marketing activities for community products, training sessions, teaching, documentation…)</w:t>
      </w:r>
    </w:p>
    <w:p w14:paraId="5AC6BAF8" w14:textId="77777777" w:rsidR="00BC4FE5" w:rsidRDefault="00000000">
      <w:r>
        <w:t>______________________________________________</w:t>
      </w:r>
    </w:p>
    <w:p w14:paraId="14FFAA51" w14:textId="77777777" w:rsidR="00BC4FE5" w:rsidRDefault="00000000">
      <w:r>
        <w:t>______________________________________________</w:t>
      </w:r>
    </w:p>
    <w:p w14:paraId="2F35A052" w14:textId="77777777" w:rsidR="00BC4FE5" w:rsidRDefault="00BC4FE5"/>
    <w:p w14:paraId="37543ACA" w14:textId="6D42223A" w:rsidR="00BC4FE5" w:rsidRDefault="00000000">
      <w:r>
        <w:t xml:space="preserve">4. Preferred </w:t>
      </w:r>
      <w:r w:rsidR="00747A1D">
        <w:t xml:space="preserve">SCN </w:t>
      </w:r>
      <w:r>
        <w:t>Location</w:t>
      </w:r>
    </w:p>
    <w:p w14:paraId="3560186C" w14:textId="77777777" w:rsidR="00BC4FE5" w:rsidRDefault="00000000">
      <w:r>
        <w:t>Where would you prefer to volunteer?</w:t>
      </w:r>
    </w:p>
    <w:p w14:paraId="4295B430" w14:textId="77777777" w:rsidR="00BC4FE5" w:rsidRDefault="00000000">
      <w:r>
        <w:t>______________________________________________</w:t>
      </w:r>
    </w:p>
    <w:p w14:paraId="042E5DD2" w14:textId="77777777" w:rsidR="00BC4FE5" w:rsidRDefault="00BC4FE5"/>
    <w:p w14:paraId="01D2069A" w14:textId="77777777" w:rsidR="00BC4FE5" w:rsidRDefault="00000000">
      <w:r>
        <w:t>5. Duration</w:t>
      </w:r>
    </w:p>
    <w:p w14:paraId="7153F618" w14:textId="77777777" w:rsidR="00BC4FE5" w:rsidRDefault="00000000">
      <w:r>
        <w:t>How long would you like to volunteer?</w:t>
      </w:r>
    </w:p>
    <w:p w14:paraId="3D14E0BF" w14:textId="77777777" w:rsidR="00BC4FE5" w:rsidRDefault="00000000">
      <w:r>
        <w:t>______________________________________________</w:t>
      </w:r>
    </w:p>
    <w:p w14:paraId="64FECAB0" w14:textId="77777777" w:rsidR="00BC4FE5" w:rsidRDefault="00BC4FE5"/>
    <w:p w14:paraId="1DB2B0D5" w14:textId="77777777" w:rsidR="00BC4FE5" w:rsidRDefault="00000000">
      <w:r>
        <w:t>6. Multiple Locations</w:t>
      </w:r>
    </w:p>
    <w:p w14:paraId="6B36AE9F" w14:textId="77777777" w:rsidR="00BC4FE5" w:rsidRDefault="00000000">
      <w:r>
        <w:t>Would you like to volunteer at two different sites? If yes, please explain briefly.</w:t>
      </w:r>
    </w:p>
    <w:p w14:paraId="2BD60266" w14:textId="77777777" w:rsidR="00BC4FE5" w:rsidRDefault="00000000">
      <w:r>
        <w:t>______________________________________________</w:t>
      </w:r>
    </w:p>
    <w:p w14:paraId="4C26C79D" w14:textId="77777777" w:rsidR="00BC4FE5" w:rsidRDefault="00000000">
      <w:r>
        <w:t>______________________________________________</w:t>
      </w:r>
    </w:p>
    <w:p w14:paraId="06C4B398" w14:textId="77777777" w:rsidR="00BC4FE5" w:rsidRDefault="00BC4FE5"/>
    <w:p w14:paraId="432A94BA" w14:textId="77777777" w:rsidR="00BC4FE5" w:rsidRDefault="00000000">
      <w:r>
        <w:t>7. Special Requirements</w:t>
      </w:r>
    </w:p>
    <w:p w14:paraId="53987A7C" w14:textId="77777777" w:rsidR="00BC4FE5" w:rsidRDefault="00000000">
      <w:r>
        <w:t>Do you require any special support (e.g., dietary restrictions)?</w:t>
      </w:r>
    </w:p>
    <w:p w14:paraId="1B9FDBDD" w14:textId="77777777" w:rsidR="00BC4FE5" w:rsidRDefault="00000000">
      <w:r>
        <w:t>______________________________________________</w:t>
      </w:r>
    </w:p>
    <w:p w14:paraId="5EC26794" w14:textId="77777777" w:rsidR="00BC4FE5" w:rsidRDefault="00BC4FE5"/>
    <w:p w14:paraId="630C7EBE" w14:textId="77777777" w:rsidR="00BC4FE5" w:rsidRDefault="00000000">
      <w:r>
        <w:t>8. Excursions</w:t>
      </w:r>
    </w:p>
    <w:p w14:paraId="71672107" w14:textId="77777777" w:rsidR="00BC4FE5" w:rsidRDefault="00000000">
      <w:r>
        <w:lastRenderedPageBreak/>
        <w:t>Are you interested in participating in excursions described in the flyer or presentation? (Non-binding.)</w:t>
      </w:r>
    </w:p>
    <w:p w14:paraId="1C6AF9DD" w14:textId="77777777" w:rsidR="00BC4FE5" w:rsidRDefault="00000000">
      <w:r>
        <w:t>______________________________________________</w:t>
      </w:r>
    </w:p>
    <w:p w14:paraId="4F00518D" w14:textId="77777777" w:rsidR="00BC4FE5" w:rsidRDefault="00BC4FE5"/>
    <w:p w14:paraId="5A4565E3" w14:textId="77777777" w:rsidR="00BC4FE5" w:rsidRDefault="00000000">
      <w:r>
        <w:t>9. Any Other Comments?</w:t>
      </w:r>
    </w:p>
    <w:p w14:paraId="3362A33C" w14:textId="77777777" w:rsidR="00BC4FE5" w:rsidRDefault="00000000">
      <w:r>
        <w:t>______________________________________________</w:t>
      </w:r>
    </w:p>
    <w:p w14:paraId="6A1D129B" w14:textId="77777777" w:rsidR="00BC4FE5" w:rsidRDefault="00000000">
      <w:r>
        <w:t>______________________________________________</w:t>
      </w:r>
    </w:p>
    <w:p w14:paraId="785FAE08" w14:textId="77777777" w:rsidR="00BC4FE5" w:rsidRDefault="00BC4FE5"/>
    <w:p w14:paraId="09A44E10" w14:textId="77777777" w:rsidR="00BC4FE5" w:rsidRDefault="00000000">
      <w:r>
        <w:t>Please complete this form and send it to SCNkenya@gmail.com.</w:t>
      </w:r>
    </w:p>
    <w:p w14:paraId="7F5377AD" w14:textId="77777777" w:rsidR="00BC4FE5" w:rsidRDefault="00000000">
      <w:r>
        <w:t>We will review your request and inform you about next steps.</w:t>
      </w:r>
    </w:p>
    <w:sectPr w:rsidR="00BC4FE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92871822">
    <w:abstractNumId w:val="8"/>
  </w:num>
  <w:num w:numId="2" w16cid:durableId="2133669748">
    <w:abstractNumId w:val="6"/>
  </w:num>
  <w:num w:numId="3" w16cid:durableId="76024571">
    <w:abstractNumId w:val="5"/>
  </w:num>
  <w:num w:numId="4" w16cid:durableId="107706705">
    <w:abstractNumId w:val="4"/>
  </w:num>
  <w:num w:numId="5" w16cid:durableId="241061021">
    <w:abstractNumId w:val="7"/>
  </w:num>
  <w:num w:numId="6" w16cid:durableId="1146315818">
    <w:abstractNumId w:val="3"/>
  </w:num>
  <w:num w:numId="7" w16cid:durableId="1734964801">
    <w:abstractNumId w:val="2"/>
  </w:num>
  <w:num w:numId="8" w16cid:durableId="361050664">
    <w:abstractNumId w:val="1"/>
  </w:num>
  <w:num w:numId="9" w16cid:durableId="1283248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747A1D"/>
    <w:rsid w:val="00925DDC"/>
    <w:rsid w:val="00AA1D8D"/>
    <w:rsid w:val="00B47730"/>
    <w:rsid w:val="00BC4FE5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52CC683"/>
  <w14:defaultImageDpi w14:val="300"/>
  <w15:docId w15:val="{B9C20654-ECE8-4E4D-A22A-0BF13AE83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fd0b529-4a04-4616-88d2-531082d94bb8}" enabled="1" method="Standard" siteId="{e1f8af86-ee95-4718-bd0d-375b37366c83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175</Words>
  <Characters>1735</Characters>
  <Application>Microsoft Office Word</Application>
  <DocSecurity>0</DocSecurity>
  <Lines>57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1865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Pastore,Manuela (Sustain.) BICC-DE-I</cp:lastModifiedBy>
  <cp:revision>2</cp:revision>
  <dcterms:created xsi:type="dcterms:W3CDTF">2026-02-13T15:18:00Z</dcterms:created>
  <dcterms:modified xsi:type="dcterms:W3CDTF">2026-02-13T15:18:00Z</dcterms:modified>
  <cp:category/>
</cp:coreProperties>
</file>